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91A26" w14:textId="77777777" w:rsidR="00EC0BC4" w:rsidRPr="00EC0BC4" w:rsidRDefault="00EC0BC4" w:rsidP="0042191A">
      <w:pPr>
        <w:jc w:val="center"/>
        <w:rPr>
          <w:rFonts w:ascii="TH SarabunPSK" w:hAnsi="TH SarabunPSK" w:cs="TH SarabunPSK" w:hint="cs"/>
        </w:rPr>
      </w:pPr>
      <w:r w:rsidRPr="00EC0BC4">
        <w:rPr>
          <w:rFonts w:ascii="TH SarabunPSK" w:hAnsi="TH SarabunPSK" w:cs="TH SarabunPSK" w:hint="cs"/>
          <w:noProof/>
        </w:rPr>
        <w:drawing>
          <wp:inline distT="0" distB="0" distL="0" distR="0" wp14:anchorId="6602B0A3" wp14:editId="3B512498">
            <wp:extent cx="1401636" cy="991690"/>
            <wp:effectExtent l="0" t="0" r="0" b="0"/>
            <wp:docPr id="401062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62306" name="Picture 4010623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642" cy="1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1283" w14:textId="6B574D44" w:rsidR="00EC0BC4" w:rsidRPr="00437A8F" w:rsidRDefault="00EC0BC4" w:rsidP="00EC0BC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37A8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แบบฟอร์มการประเมินความพร้อมเพื่อเข้าศึกษาต่อในระดับบัณฑิตศึกษาระดับ   ปริญญาโท  </w:t>
      </w:r>
      <w:r w:rsidRPr="00437A8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</w:t>
      </w:r>
      <w:r w:rsidRPr="00437A8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ปริญญาเอก  </w:t>
      </w:r>
    </w:p>
    <w:p w14:paraId="00FFCB1A" w14:textId="42E3BD84" w:rsidR="00EC0BC4" w:rsidRPr="00437A8F" w:rsidRDefault="00EC0BC4" w:rsidP="00EC0BC4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หลักสูตร 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>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ปกติ </w:t>
      </w:r>
      <w:r w:rsidRPr="00437A8F">
        <w:rPr>
          <w:rFonts w:ascii="TH SarabunPSK" w:hAnsi="TH SarabunPSK" w:cs="TH SarabunPSK"/>
          <w:sz w:val="32"/>
          <w:szCs w:val="32"/>
          <w:lang w:bidi="th-TH"/>
        </w:rPr>
        <w:t>(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>จันทร์</w:t>
      </w:r>
      <w:r w:rsidRPr="00437A8F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>ศุกร์</w:t>
      </w:r>
      <w:r w:rsidRPr="00437A8F">
        <w:rPr>
          <w:rFonts w:ascii="TH SarabunPSK" w:hAnsi="TH SarabunPSK" w:cs="TH SarabunPSK"/>
          <w:sz w:val="32"/>
          <w:szCs w:val="32"/>
          <w:lang w:bidi="th-TH"/>
        </w:rPr>
        <w:t xml:space="preserve">) 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37A8F">
        <w:rPr>
          <w:rFonts w:ascii="TH SarabunPSK" w:hAnsi="TH SarabunPSK" w:cs="TH SarabunPSK"/>
          <w:sz w:val="32"/>
          <w:szCs w:val="32"/>
          <w:lang w:bidi="th-TH"/>
        </w:rPr>
        <w:t xml:space="preserve">      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>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นอกเวลาราชการ </w:t>
      </w:r>
      <w:r w:rsidRPr="00437A8F">
        <w:rPr>
          <w:rFonts w:ascii="TH SarabunPSK" w:hAnsi="TH SarabunPSK" w:cs="TH SarabunPSK"/>
          <w:sz w:val="32"/>
          <w:szCs w:val="32"/>
          <w:lang w:bidi="th-TH"/>
        </w:rPr>
        <w:t>(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>เสาร์-อาทิตย์</w:t>
      </w:r>
      <w:r w:rsidRPr="00437A8F">
        <w:rPr>
          <w:rFonts w:ascii="TH SarabunPSK" w:hAnsi="TH SarabunPSK" w:cs="TH SarabunPSK"/>
          <w:sz w:val="32"/>
          <w:szCs w:val="32"/>
          <w:lang w:bidi="th-TH"/>
        </w:rPr>
        <w:t>)</w:t>
      </w:r>
      <w:r w:rsidRPr="00437A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762"/>
      </w:tblGrid>
      <w:tr w:rsidR="008F25E3" w14:paraId="103B8AD2" w14:textId="77777777" w:rsidTr="008F25E3">
        <w:tc>
          <w:tcPr>
            <w:tcW w:w="2093" w:type="dxa"/>
          </w:tcPr>
          <w:p w14:paraId="43D46C76" w14:textId="77777777" w:rsidR="008F25E3" w:rsidRDefault="008F25E3" w:rsidP="0090434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26394DD5" w14:textId="77777777" w:rsidR="008F25E3" w:rsidRDefault="008F25E3" w:rsidP="0090434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63421DF4" w14:textId="03F53110" w:rsidR="008F25E3" w:rsidRDefault="008F25E3" w:rsidP="0090434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แนบรูป</w:t>
            </w:r>
          </w:p>
          <w:p w14:paraId="76336531" w14:textId="77777777" w:rsidR="008F25E3" w:rsidRDefault="008F25E3" w:rsidP="008F25E3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</w:p>
        </w:tc>
        <w:tc>
          <w:tcPr>
            <w:tcW w:w="7762" w:type="dxa"/>
          </w:tcPr>
          <w:p w14:paraId="02E80CAE" w14:textId="77777777" w:rsidR="008F25E3" w:rsidRDefault="008F25E3" w:rsidP="000C2FC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69B6641" w14:textId="44FEED72" w:rsidR="008F25E3" w:rsidRPr="00437A8F" w:rsidRDefault="008F25E3" w:rsidP="000C2FC6">
            <w:pPr>
              <w:spacing w:line="360" w:lineRule="auto"/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ชื่อ-</w:t>
            </w:r>
            <w:r w:rsidRPr="00437A8F"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t>น</w:t>
            </w:r>
            <w:proofErr w:type="spellStart"/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ามส</w:t>
            </w:r>
            <w:proofErr w:type="spellEnd"/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กุล.......................................................................................................</w:t>
            </w:r>
          </w:p>
          <w:p w14:paraId="2F5AAF2C" w14:textId="33735D9A" w:rsidR="008F25E3" w:rsidRDefault="008F25E3" w:rsidP="000C2FC6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อีเมล........................</w:t>
            </w:r>
            <w:r w:rsid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</w:t>
            </w:r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  <w:p w14:paraId="2CBE0110" w14:textId="39E9F522" w:rsidR="008F25E3" w:rsidRDefault="008F25E3" w:rsidP="000C2FC6">
            <w:pPr>
              <w:spacing w:line="360" w:lineRule="auto"/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เบอร์โทรศัพท์............</w:t>
            </w:r>
            <w:r w:rsid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..........................................................</w:t>
            </w:r>
            <w:r w:rsidRPr="00437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</w:t>
            </w:r>
          </w:p>
        </w:tc>
      </w:tr>
    </w:tbl>
    <w:p w14:paraId="03F5F5D0" w14:textId="7E776AE1" w:rsidR="00BD2963" w:rsidRPr="000C2FC6" w:rsidRDefault="00000000">
      <w:pPr>
        <w:pStyle w:val="Heading2"/>
        <w:rPr>
          <w:rFonts w:ascii="TH SarabunPSK" w:hAnsi="TH SarabunPSK" w:cs="TH SarabunPSK"/>
          <w:sz w:val="32"/>
          <w:szCs w:val="32"/>
          <w:lang w:bidi="th-TH"/>
        </w:rPr>
      </w:pPr>
      <w:r w:rsidRPr="000C2FC6">
        <w:rPr>
          <w:rFonts w:ascii="TH SarabunPSK" w:hAnsi="TH SarabunPSK" w:cs="TH SarabunPSK" w:hint="cs"/>
          <w:sz w:val="32"/>
          <w:szCs w:val="32"/>
        </w:rPr>
        <w:t xml:space="preserve">1. 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ประวัติการศึกษา</w:t>
      </w:r>
      <w:proofErr w:type="spellEnd"/>
      <w:r w:rsidR="00487B36" w:rsidRPr="000C2FC6">
        <w:rPr>
          <w:rFonts w:ascii="TH SarabunPSK" w:hAnsi="TH SarabunPSK" w:cs="TH SarabunPSK"/>
          <w:sz w:val="32"/>
          <w:szCs w:val="32"/>
        </w:rPr>
        <w:t xml:space="preserve"> (</w:t>
      </w:r>
      <w:r w:rsidR="00487B36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ระดับปริญญาตรี</w:t>
      </w:r>
      <w:r w:rsidR="00487B36" w:rsidRPr="000C2FC6">
        <w:rPr>
          <w:rFonts w:ascii="TH SarabunPSK" w:hAnsi="TH SarabunPSK" w:cs="TH SarabunPSK"/>
          <w:sz w:val="32"/>
          <w:szCs w:val="32"/>
          <w:lang w:bidi="th-TH"/>
        </w:rPr>
        <w:t>/</w:t>
      </w:r>
      <w:r w:rsidR="00487B36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ปริญญาโท</w:t>
      </w:r>
      <w:r w:rsidR="00487B36" w:rsidRPr="000C2FC6">
        <w:rPr>
          <w:rFonts w:ascii="TH SarabunPSK" w:hAnsi="TH SarabunPSK" w:cs="TH SarabunPSK"/>
          <w:sz w:val="32"/>
          <w:szCs w:val="32"/>
          <w:lang w:bidi="th-TH"/>
        </w:rPr>
        <w:t>)</w:t>
      </w:r>
    </w:p>
    <w:p w14:paraId="78260087" w14:textId="0B37E4A1" w:rsidR="00487B36" w:rsidRPr="000C2FC6" w:rsidRDefault="00487B36">
      <w:pPr>
        <w:rPr>
          <w:rFonts w:ascii="TH SarabunPSK" w:hAnsi="TH SarabunPSK" w:cs="TH SarabunPSK" w:hint="cs"/>
          <w:sz w:val="32"/>
          <w:szCs w:val="32"/>
          <w:u w:val="single"/>
          <w:lang w:bidi="th-TH"/>
        </w:rPr>
      </w:pPr>
      <w:r w:rsidRPr="000C2FC6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 xml:space="preserve">ระดับปริญญาตรี </w:t>
      </w:r>
      <w:r w:rsidRPr="000C2FC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br/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สถาบันการศึกษา</w:t>
      </w:r>
      <w:proofErr w:type="spellEnd"/>
      <w:r w:rsidR="00000000" w:rsidRPr="000C2FC6">
        <w:rPr>
          <w:rFonts w:ascii="TH SarabunPSK" w:hAnsi="TH SarabunPSK" w:cs="TH SarabunPSK" w:hint="cs"/>
          <w:sz w:val="32"/>
          <w:szCs w:val="32"/>
        </w:rPr>
        <w:t>: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="00000000"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สาขาที่เรียนจบ</w:t>
      </w:r>
      <w:proofErr w:type="spellEnd"/>
      <w:r w:rsidR="00000000" w:rsidRPr="000C2FC6">
        <w:rPr>
          <w:rFonts w:ascii="TH SarabunPSK" w:hAnsi="TH SarabunPSK" w:cs="TH SarabunPSK" w:hint="cs"/>
          <w:sz w:val="32"/>
          <w:szCs w:val="32"/>
        </w:rPr>
        <w:t>: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="00000000"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เกรดเฉลี่ย</w:t>
      </w:r>
      <w:proofErr w:type="spellEnd"/>
      <w:r w:rsidR="00000000" w:rsidRPr="000C2FC6">
        <w:rPr>
          <w:rFonts w:ascii="TH SarabunPSK" w:hAnsi="TH SarabunPSK" w:cs="TH SarabunPSK" w:hint="cs"/>
          <w:sz w:val="32"/>
          <w:szCs w:val="32"/>
        </w:rPr>
        <w:t xml:space="preserve"> (GPA):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0DE3DBB2" w14:textId="2FB72147" w:rsidR="00BD2963" w:rsidRPr="000C2FC6" w:rsidRDefault="00487B36">
      <w:pPr>
        <w:rPr>
          <w:rFonts w:ascii="TH SarabunPSK" w:hAnsi="TH SarabunPSK" w:cs="TH SarabunPSK" w:hint="cs"/>
          <w:sz w:val="32"/>
          <w:szCs w:val="32"/>
          <w:u w:val="single"/>
          <w:lang w:bidi="th-TH"/>
        </w:rPr>
      </w:pPr>
      <w:r w:rsidRPr="000C2FC6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ระดับปริญญา</w:t>
      </w:r>
      <w:r w:rsidRPr="000C2FC6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โท</w:t>
      </w:r>
      <w:r w:rsidRPr="000C2FC6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br/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สถาบันการศึกษา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>: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สาขาที่เรียนจบ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>: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เกรดเฉลี่ย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 xml:space="preserve"> (GPA):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796FF8CD" w14:textId="54DB3A24" w:rsidR="00BD2963" w:rsidRPr="000C2FC6" w:rsidRDefault="00000000">
      <w:pPr>
        <w:pStyle w:val="Heading2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0C2FC6">
        <w:rPr>
          <w:rFonts w:ascii="TH SarabunPSK" w:hAnsi="TH SarabunPSK" w:cs="TH SarabunPSK" w:hint="cs"/>
          <w:sz w:val="32"/>
          <w:szCs w:val="32"/>
        </w:rPr>
        <w:t xml:space="preserve">2. 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หัวข้อปริญญานิพนธ์</w:t>
      </w:r>
      <w:proofErr w:type="spellEnd"/>
      <w:r w:rsidR="00EC0BC4" w:rsidRPr="000C2FC6">
        <w:rPr>
          <w:rFonts w:ascii="TH SarabunPSK" w:hAnsi="TH SarabunPSK" w:cs="TH SarabunPSK"/>
          <w:sz w:val="32"/>
          <w:szCs w:val="32"/>
          <w:lang w:bidi="th-TH"/>
        </w:rPr>
        <w:t>/</w:t>
      </w:r>
      <w:r w:rsidR="00487B36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วิทยานิพนธ์</w:t>
      </w:r>
    </w:p>
    <w:p w14:paraId="0F66A7E0" w14:textId="79524EAB" w:rsidR="00487B36" w:rsidRPr="000C2FC6" w:rsidRDefault="00487B36">
      <w:pPr>
        <w:rPr>
          <w:rFonts w:ascii="TH SarabunPSK" w:hAnsi="TH SarabunPSK" w:cs="TH SarabunPSK" w:hint="cs"/>
          <w:b/>
          <w:bCs/>
          <w:sz w:val="32"/>
          <w:szCs w:val="32"/>
          <w:u w:val="single"/>
          <w:lang w:bidi="th-TH"/>
        </w:rPr>
      </w:pPr>
      <w:r w:rsidRPr="000C2FC6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ระดับปริญญาตรี</w:t>
      </w:r>
      <w:r w:rsidRPr="000C2FC6">
        <w:rPr>
          <w:rFonts w:ascii="TH SarabunPSK" w:hAnsi="TH SarabunPSK" w:cs="TH SarabunPSK"/>
          <w:sz w:val="32"/>
          <w:szCs w:val="32"/>
          <w:cs/>
          <w:lang w:bidi="th-TH"/>
        </w:rPr>
        <w:br/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ชื่อหัวข้อ</w:t>
      </w:r>
      <w:proofErr w:type="spellEnd"/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ปริญญานิพนธ์</w:t>
      </w:r>
      <w:r w:rsidR="00000000" w:rsidRPr="000C2FC6">
        <w:rPr>
          <w:rFonts w:ascii="TH SarabunPSK" w:hAnsi="TH SarabunPSK" w:cs="TH SarabunPSK" w:hint="cs"/>
          <w:sz w:val="32"/>
          <w:szCs w:val="32"/>
        </w:rPr>
        <w:t>: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="00000000"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รายละเอียดโดยสังเขป</w:t>
      </w:r>
      <w:proofErr w:type="spellEnd"/>
      <w:r w:rsidR="00000000" w:rsidRPr="000C2FC6">
        <w:rPr>
          <w:rFonts w:ascii="TH SarabunPSK" w:hAnsi="TH SarabunPSK" w:cs="TH SarabunPSK" w:hint="cs"/>
          <w:sz w:val="32"/>
          <w:szCs w:val="32"/>
        </w:rPr>
        <w:t>: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0F01D340" w14:textId="1A38C83E" w:rsidR="00EC0BC4" w:rsidRPr="000C2FC6" w:rsidRDefault="00487B36">
      <w:pPr>
        <w:rPr>
          <w:rFonts w:ascii="TH SarabunPSK" w:hAnsi="TH SarabunPSK" w:cs="TH SarabunPSK"/>
          <w:sz w:val="32"/>
          <w:szCs w:val="32"/>
          <w:lang w:bidi="th-TH"/>
        </w:rPr>
      </w:pPr>
      <w:r w:rsidRPr="000C2FC6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ระดับปริญญาโท</w:t>
      </w:r>
      <w:r w:rsidRPr="000C2FC6">
        <w:rPr>
          <w:rFonts w:ascii="TH SarabunPSK" w:hAnsi="TH SarabunPSK" w:cs="TH SarabunPSK"/>
          <w:sz w:val="32"/>
          <w:szCs w:val="32"/>
          <w:cs/>
          <w:lang w:bidi="th-TH"/>
        </w:rPr>
        <w:br/>
      </w:r>
      <w:proofErr w:type="spellStart"/>
      <w:r w:rsidR="00EC0BC4" w:rsidRPr="000C2FC6">
        <w:rPr>
          <w:rFonts w:ascii="TH SarabunPSK" w:hAnsi="TH SarabunPSK" w:cs="TH SarabunPSK" w:hint="cs"/>
          <w:sz w:val="32"/>
          <w:szCs w:val="32"/>
        </w:rPr>
        <w:t>ชื่อหัวข้อ</w:t>
      </w:r>
      <w:proofErr w:type="spellEnd"/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นิพนธ์</w:t>
      </w:r>
      <w:r w:rsidR="00EC0BC4" w:rsidRPr="000C2FC6">
        <w:rPr>
          <w:rFonts w:ascii="TH SarabunPSK" w:hAnsi="TH SarabunPSK" w:cs="TH SarabunPSK" w:hint="cs"/>
          <w:sz w:val="32"/>
          <w:szCs w:val="32"/>
        </w:rPr>
        <w:t>: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="00EC0BC4"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="00EC0BC4" w:rsidRPr="000C2FC6">
        <w:rPr>
          <w:rFonts w:ascii="TH SarabunPSK" w:hAnsi="TH SarabunPSK" w:cs="TH SarabunPSK" w:hint="cs"/>
          <w:sz w:val="32"/>
          <w:szCs w:val="32"/>
        </w:rPr>
        <w:t>รายละเอียดโดยสังเขป</w:t>
      </w:r>
      <w:proofErr w:type="spellEnd"/>
      <w:r w:rsidR="00EC0BC4" w:rsidRPr="000C2FC6">
        <w:rPr>
          <w:rFonts w:ascii="TH SarabunPSK" w:hAnsi="TH SarabunPSK" w:cs="TH SarabunPSK" w:hint="cs"/>
          <w:sz w:val="32"/>
          <w:szCs w:val="32"/>
        </w:rPr>
        <w:t>: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76772DA4" w14:textId="76332ED5" w:rsidR="00FD3AD0" w:rsidRPr="000C2FC6" w:rsidRDefault="00437A8F" w:rsidP="00FD3AD0">
      <w:pPr>
        <w:pStyle w:val="Heading2"/>
        <w:rPr>
          <w:rFonts w:ascii="TH SarabunPSK" w:hAnsi="TH SarabunPSK" w:cs="TH SarabunPSK" w:hint="cs"/>
          <w:sz w:val="32"/>
          <w:szCs w:val="32"/>
        </w:rPr>
      </w:pPr>
      <w:r w:rsidRPr="000C2FC6">
        <w:rPr>
          <w:rFonts w:ascii="TH SarabunPSK" w:hAnsi="TH SarabunPSK" w:cs="TH SarabunPSK"/>
          <w:sz w:val="32"/>
          <w:szCs w:val="32"/>
          <w:lang w:bidi="th-TH"/>
        </w:rPr>
        <w:lastRenderedPageBreak/>
        <w:t>3</w:t>
      </w:r>
      <w:r w:rsidR="00FD3AD0" w:rsidRPr="000C2FC6">
        <w:rPr>
          <w:rFonts w:ascii="TH SarabunPSK" w:hAnsi="TH SarabunPSK" w:cs="TH SarabunPSK" w:hint="cs"/>
          <w:sz w:val="32"/>
          <w:szCs w:val="32"/>
        </w:rPr>
        <w:t xml:space="preserve">. </w:t>
      </w:r>
      <w:proofErr w:type="spellStart"/>
      <w:r w:rsidR="00FD3AD0" w:rsidRPr="000C2FC6">
        <w:rPr>
          <w:rFonts w:ascii="TH SarabunPSK" w:hAnsi="TH SarabunPSK" w:cs="TH SarabunPSK" w:hint="cs"/>
          <w:sz w:val="32"/>
          <w:szCs w:val="32"/>
        </w:rPr>
        <w:t>ประสบการณ์การทำงาน</w:t>
      </w:r>
      <w:proofErr w:type="spellEnd"/>
      <w:r w:rsidR="00FD3AD0" w:rsidRPr="000C2FC6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="00FD3AD0" w:rsidRPr="000C2FC6">
        <w:rPr>
          <w:rFonts w:ascii="TH SarabunPSK" w:hAnsi="TH SarabunPSK" w:cs="TH SarabunPSK" w:hint="cs"/>
          <w:sz w:val="32"/>
          <w:szCs w:val="32"/>
        </w:rPr>
        <w:t>กรณีมีประสบการณ์ทำงาน</w:t>
      </w:r>
      <w:proofErr w:type="spellEnd"/>
      <w:r w:rsidR="00FD3AD0" w:rsidRPr="000C2FC6">
        <w:rPr>
          <w:rFonts w:ascii="TH SarabunPSK" w:hAnsi="TH SarabunPSK" w:cs="TH SarabunPSK" w:hint="cs"/>
          <w:sz w:val="32"/>
          <w:szCs w:val="32"/>
        </w:rPr>
        <w:t>)</w:t>
      </w:r>
    </w:p>
    <w:p w14:paraId="36F5A513" w14:textId="4F8FAE2A" w:rsidR="00805A9B" w:rsidRPr="000C2FC6" w:rsidRDefault="00FD3AD0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ตำแหน่งงาน หรือ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ลักษณะงานที่ทำ</w:t>
      </w:r>
      <w:proofErr w:type="spellEnd"/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ปัจจุบัน</w:t>
      </w:r>
      <w:r w:rsidRPr="000C2FC6">
        <w:rPr>
          <w:rFonts w:ascii="TH SarabunPSK" w:hAnsi="TH SarabunPSK" w:cs="TH SarabunPSK" w:hint="cs"/>
          <w:sz w:val="32"/>
          <w:szCs w:val="32"/>
        </w:rPr>
        <w:t>:</w:t>
      </w:r>
      <w:r w:rsidRPr="000C2FC6">
        <w:rPr>
          <w:rFonts w:ascii="TH SarabunPSK" w:hAnsi="TH SarabunPSK" w:cs="TH SarabunPSK"/>
          <w:sz w:val="32"/>
          <w:szCs w:val="32"/>
        </w:rPr>
        <w:t xml:space="preserve"> 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  <w:r w:rsidRPr="000C2FC6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ปัญหาหรือประเด็นจากงานที่ต้องการนำมาต่อยอดเป็นวิทยานิพนธ์</w:t>
      </w:r>
      <w:proofErr w:type="spellEnd"/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t>(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ระบุเป็นข้อ สามารถระบุได้มากกว่า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t xml:space="preserve"> 1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ข้อ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t>)</w:t>
      </w:r>
      <w:r w:rsidRPr="000C2FC6">
        <w:rPr>
          <w:rFonts w:ascii="TH SarabunPSK" w:hAnsi="TH SarabunPSK" w:cs="TH SarabunPSK" w:hint="cs"/>
          <w:sz w:val="32"/>
          <w:szCs w:val="32"/>
        </w:rPr>
        <w:t>: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..............................................</w:t>
      </w:r>
      <w:r w:rsidRPr="000C2FC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3963B1F0" w14:textId="4E79997B" w:rsidR="00437A8F" w:rsidRPr="000C2FC6" w:rsidRDefault="00437A8F" w:rsidP="00437A8F">
      <w:pPr>
        <w:pStyle w:val="Heading2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0C2FC6">
        <w:rPr>
          <w:rFonts w:ascii="TH SarabunPSK" w:hAnsi="TH SarabunPSK" w:cs="TH SarabunPSK"/>
          <w:sz w:val="32"/>
          <w:szCs w:val="32"/>
        </w:rPr>
        <w:t>4</w:t>
      </w:r>
      <w:r w:rsidRPr="000C2FC6">
        <w:rPr>
          <w:rFonts w:ascii="TH SarabunPSK" w:hAnsi="TH SarabunPSK" w:cs="TH SarabunPSK" w:hint="cs"/>
          <w:sz w:val="32"/>
          <w:szCs w:val="32"/>
        </w:rPr>
        <w:t xml:space="preserve">. 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วัตถุประสงค์ของการศึกษาต่อ (บรรยาย</w:t>
      </w:r>
      <w:r w:rsidR="000C2FC6">
        <w:rPr>
          <w:rFonts w:ascii="TH SarabunPSK" w:hAnsi="TH SarabunPSK" w:cs="TH SarabunPSK" w:hint="cs"/>
          <w:sz w:val="32"/>
          <w:szCs w:val="32"/>
          <w:cs/>
          <w:lang w:bidi="th-TH"/>
        </w:rPr>
        <w:t>เป้าหมายของการศึกษาต่อ</w:t>
      </w:r>
      <w:r w:rsidR="00904349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พอสังเขป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62193052" w14:textId="5A636F46" w:rsidR="00437A8F" w:rsidRPr="000C2FC6" w:rsidRDefault="000C2FC6">
      <w:pPr>
        <w:pStyle w:val="Heading2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bidi="th-TH"/>
        </w:rPr>
        <w:t>..............................................</w:t>
      </w:r>
      <w:r w:rsidRPr="000C2FC6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br/>
      </w:r>
      <w:r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bidi="th-TH"/>
        </w:rPr>
        <w:t>..............................................</w:t>
      </w:r>
    </w:p>
    <w:p w14:paraId="20FF2780" w14:textId="77777777" w:rsidR="00437A8F" w:rsidRPr="000C2FC6" w:rsidRDefault="00437A8F">
      <w:pPr>
        <w:pStyle w:val="Heading2"/>
        <w:rPr>
          <w:rFonts w:ascii="TH SarabunPSK" w:hAnsi="TH SarabunPSK" w:cs="TH SarabunPSK"/>
          <w:sz w:val="32"/>
          <w:szCs w:val="32"/>
        </w:rPr>
      </w:pPr>
    </w:p>
    <w:p w14:paraId="039C401D" w14:textId="51F385DE" w:rsidR="00BD2963" w:rsidRPr="000C2FC6" w:rsidRDefault="00437A8F">
      <w:pPr>
        <w:pStyle w:val="Heading2"/>
        <w:rPr>
          <w:rFonts w:ascii="TH SarabunPSK" w:hAnsi="TH SarabunPSK" w:cs="TH SarabunPSK"/>
          <w:sz w:val="32"/>
          <w:szCs w:val="32"/>
          <w:lang w:bidi="th-TH"/>
        </w:rPr>
      </w:pPr>
      <w:r w:rsidRPr="000C2FC6">
        <w:rPr>
          <w:rFonts w:ascii="TH SarabunPSK" w:hAnsi="TH SarabunPSK" w:cs="TH SarabunPSK"/>
          <w:sz w:val="32"/>
          <w:szCs w:val="32"/>
        </w:rPr>
        <w:t>5</w:t>
      </w:r>
      <w:r w:rsidR="00000000" w:rsidRPr="000C2FC6">
        <w:rPr>
          <w:rFonts w:ascii="TH SarabunPSK" w:hAnsi="TH SarabunPSK" w:cs="TH SarabunPSK" w:hint="cs"/>
          <w:sz w:val="32"/>
          <w:szCs w:val="32"/>
        </w:rPr>
        <w:t xml:space="preserve">. </w:t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แนวทางที่สนใจในการทำวิจัยระดับปริญญาโท</w:t>
      </w:r>
      <w:proofErr w:type="spellEnd"/>
      <w:r w:rsidR="00EC0BC4" w:rsidRPr="000C2FC6">
        <w:rPr>
          <w:rFonts w:ascii="TH SarabunPSK" w:hAnsi="TH SarabunPSK" w:cs="TH SarabunPSK"/>
          <w:sz w:val="32"/>
          <w:szCs w:val="32"/>
          <w:lang w:bidi="th-TH"/>
        </w:rPr>
        <w:t>/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ปริญญาเอก </w:t>
      </w:r>
    </w:p>
    <w:p w14:paraId="1C545155" w14:textId="619C3422" w:rsidR="00BD2963" w:rsidRPr="000C2FC6" w:rsidRDefault="000000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โปรดอธิบายแนวคิดหรือประเด็นที่สนใจ</w:t>
      </w:r>
      <w:proofErr w:type="spellEnd"/>
      <w:r w:rsidR="00D615E9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ความพร้อมในการดำเนินงานวิจัย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โดยสังเขป</w:t>
      </w:r>
      <w:proofErr w:type="spellEnd"/>
      <w:r w:rsidR="00EC0BC4" w:rsidRPr="000C2FC6">
        <w:rPr>
          <w:rFonts w:ascii="TH SarabunPSK" w:hAnsi="TH SarabunPSK" w:cs="TH SarabunPSK"/>
          <w:sz w:val="32"/>
          <w:szCs w:val="32"/>
        </w:rPr>
        <w:t xml:space="preserve"> (1-2 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เรื่อง</w:t>
      </w:r>
      <w:r w:rsidR="00EC0BC4" w:rsidRPr="000C2FC6">
        <w:rPr>
          <w:rFonts w:ascii="TH SarabunPSK" w:hAnsi="TH SarabunPSK" w:cs="TH SarabunPSK"/>
          <w:sz w:val="32"/>
          <w:szCs w:val="32"/>
          <w:lang w:bidi="th-TH"/>
        </w:rPr>
        <w:t>)</w:t>
      </w:r>
      <w:r w:rsidRPr="000C2FC6">
        <w:rPr>
          <w:rFonts w:ascii="TH SarabunPSK" w:hAnsi="TH SarabunPSK" w:cs="TH SarabunPSK" w:hint="cs"/>
          <w:sz w:val="32"/>
          <w:szCs w:val="32"/>
        </w:rPr>
        <w:t>:</w:t>
      </w:r>
      <w:r w:rsidRPr="000C2FC6">
        <w:rPr>
          <w:rFonts w:ascii="TH SarabunPSK" w:hAnsi="TH SarabunPSK" w:cs="TH SarabunPSK" w:hint="cs"/>
          <w:sz w:val="32"/>
          <w:szCs w:val="32"/>
        </w:rPr>
        <w:br/>
      </w:r>
      <w:r w:rsidR="00EC0BC4" w:rsidRPr="000C2F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เรื่องที่ </w:t>
      </w:r>
      <w:r w:rsidR="00EC0BC4" w:rsidRPr="000C2FC6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EC0BC4" w:rsidRPr="000C2FC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C0BC4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068D2E3C" w14:textId="77777777" w:rsidR="00EC0BC4" w:rsidRPr="000C2FC6" w:rsidRDefault="00EC0BC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D7DA98C" w14:textId="26DEBB68" w:rsidR="00EC0BC4" w:rsidRPr="000C2FC6" w:rsidRDefault="00EC0BC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0C2F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เรื่องที่ </w:t>
      </w:r>
      <w:r w:rsidRPr="000C2FC6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</w:t>
      </w:r>
    </w:p>
    <w:p w14:paraId="0645D8D7" w14:textId="77777777" w:rsidR="00D615E9" w:rsidRDefault="00D615E9">
      <w:pPr>
        <w:rPr>
          <w:rFonts w:ascii="TH SarabunPSK" w:hAnsi="TH SarabunPSK" w:cs="TH SarabunPSK"/>
          <w:sz w:val="28"/>
          <w:szCs w:val="28"/>
          <w:lang w:bidi="th-TH"/>
        </w:rPr>
      </w:pPr>
    </w:p>
    <w:p w14:paraId="1E86CCD2" w14:textId="7508C2DD" w:rsidR="00D615E9" w:rsidRPr="000C2FC6" w:rsidRDefault="00D615E9">
      <w:pPr>
        <w:rPr>
          <w:rFonts w:ascii="TH SarabunPSK" w:hAnsi="TH SarabunPSK" w:cs="TH SarabunPSK"/>
          <w:sz w:val="32"/>
          <w:szCs w:val="32"/>
          <w:lang w:bidi="th-TH"/>
        </w:rPr>
      </w:pP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หรือสนใจทำงานวิจัยกลุ่มวิจัยดังนี้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2"/>
        <w:gridCol w:w="3535"/>
        <w:gridCol w:w="2952"/>
      </w:tblGrid>
      <w:tr w:rsidR="00D615E9" w:rsidRPr="000C2FC6" w14:paraId="3E3C623E" w14:textId="77777777" w:rsidTr="0042191A">
        <w:tc>
          <w:tcPr>
            <w:tcW w:w="2952" w:type="dxa"/>
          </w:tcPr>
          <w:p w14:paraId="12732CD4" w14:textId="2743EC93" w:rsidR="00D615E9" w:rsidRPr="000C2FC6" w:rsidRDefault="00D615E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="0042191A"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Advanced Materials</w:t>
            </w:r>
          </w:p>
        </w:tc>
        <w:tc>
          <w:tcPr>
            <w:tcW w:w="2952" w:type="dxa"/>
          </w:tcPr>
          <w:p w14:paraId="678B7431" w14:textId="2C635D83" w:rsidR="00D615E9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Manufacturing Technology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br/>
            </w:r>
            <w:r w:rsidR="00FD3AD0"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………………………………………………….</w:t>
            </w:r>
          </w:p>
        </w:tc>
        <w:tc>
          <w:tcPr>
            <w:tcW w:w="2952" w:type="dxa"/>
          </w:tcPr>
          <w:p w14:paraId="6BF557F6" w14:textId="235D66A6" w:rsidR="00D615E9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Precision Engineering Design</w:t>
            </w:r>
          </w:p>
        </w:tc>
      </w:tr>
      <w:tr w:rsidR="00D615E9" w:rsidRPr="000C2FC6" w14:paraId="1B871823" w14:textId="77777777" w:rsidTr="0042191A">
        <w:tc>
          <w:tcPr>
            <w:tcW w:w="2952" w:type="dxa"/>
          </w:tcPr>
          <w:p w14:paraId="2D91B154" w14:textId="757F5FA7" w:rsidR="00D615E9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Robotics and Control System</w:t>
            </w:r>
          </w:p>
        </w:tc>
        <w:tc>
          <w:tcPr>
            <w:tcW w:w="2952" w:type="dxa"/>
          </w:tcPr>
          <w:p w14:paraId="494C9DF6" w14:textId="28300777" w:rsidR="00D615E9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Image Processing and Machine Vision </w:t>
            </w:r>
          </w:p>
        </w:tc>
        <w:tc>
          <w:tcPr>
            <w:tcW w:w="2952" w:type="dxa"/>
          </w:tcPr>
          <w:p w14:paraId="3E88F196" w14:textId="77777777" w:rsidR="00D615E9" w:rsidRPr="000C2FC6" w:rsidRDefault="0042191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AI and Machine Learning</w:t>
            </w:r>
          </w:p>
          <w:p w14:paraId="1B54B3EC" w14:textId="34D9A949" w:rsidR="0042191A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</w:p>
        </w:tc>
      </w:tr>
      <w:tr w:rsidR="0042191A" w:rsidRPr="000C2FC6" w14:paraId="5D51C239" w14:textId="77777777" w:rsidTr="0042191A">
        <w:tc>
          <w:tcPr>
            <w:tcW w:w="2952" w:type="dxa"/>
          </w:tcPr>
          <w:p w14:paraId="4A8FBBA4" w14:textId="4103AC72" w:rsidR="0042191A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Product Design</w:t>
            </w:r>
          </w:p>
        </w:tc>
        <w:tc>
          <w:tcPr>
            <w:tcW w:w="2952" w:type="dxa"/>
          </w:tcPr>
          <w:p w14:paraId="071E6F61" w14:textId="377E5368" w:rsidR="0042191A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Operation Management</w:t>
            </w:r>
          </w:p>
        </w:tc>
        <w:tc>
          <w:tcPr>
            <w:tcW w:w="2952" w:type="dxa"/>
          </w:tcPr>
          <w:p w14:paraId="35A385D3" w14:textId="180BA0F3" w:rsidR="0042191A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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Production Improvement</w:t>
            </w:r>
          </w:p>
        </w:tc>
      </w:tr>
      <w:tr w:rsidR="0042191A" w:rsidRPr="000C2FC6" w14:paraId="1659C3C0" w14:textId="77777777" w:rsidTr="0042191A">
        <w:tc>
          <w:tcPr>
            <w:tcW w:w="2952" w:type="dxa"/>
          </w:tcPr>
          <w:p w14:paraId="6D79BD3C" w14:textId="09D51603" w:rsidR="0042191A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Tribology and Reliability Engineering</w:t>
            </w:r>
          </w:p>
        </w:tc>
        <w:tc>
          <w:tcPr>
            <w:tcW w:w="2952" w:type="dxa"/>
          </w:tcPr>
          <w:p w14:paraId="414A89E3" w14:textId="77777777" w:rsidR="0042191A" w:rsidRPr="000C2FC6" w:rsidRDefault="0042191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C2FC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 </w:t>
            </w:r>
            <w:r w:rsidRPr="000C2FC6">
              <w:rPr>
                <w:rFonts w:ascii="TH SarabunPSK" w:hAnsi="TH SarabunPSK" w:cs="TH SarabunPSK"/>
                <w:sz w:val="32"/>
                <w:szCs w:val="32"/>
                <w:lang w:bidi="th-TH"/>
              </w:rPr>
              <w:t>Advanced Production Metrology</w:t>
            </w:r>
          </w:p>
          <w:p w14:paraId="725D911E" w14:textId="483306D5" w:rsidR="00FD3AD0" w:rsidRPr="000C2FC6" w:rsidRDefault="00FD3AD0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</w:p>
        </w:tc>
        <w:tc>
          <w:tcPr>
            <w:tcW w:w="2952" w:type="dxa"/>
          </w:tcPr>
          <w:p w14:paraId="0A952283" w14:textId="77777777" w:rsidR="0042191A" w:rsidRPr="000C2FC6" w:rsidRDefault="0042191A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</w:p>
        </w:tc>
      </w:tr>
    </w:tbl>
    <w:p w14:paraId="55ABC8D9" w14:textId="0CDEEC08" w:rsidR="00D615E9" w:rsidRPr="000C2FC6" w:rsidRDefault="00FD3AD0">
      <w:pPr>
        <w:rPr>
          <w:rFonts w:ascii="TH SarabunPSK" w:hAnsi="TH SarabunPSK" w:cs="TH SarabunPSK"/>
          <w:sz w:val="32"/>
          <w:szCs w:val="32"/>
          <w:lang w:bidi="th-TH"/>
        </w:rPr>
      </w:pP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 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อื่นๆ โปรดระบุ..............................................................................................................................</w:t>
      </w:r>
    </w:p>
    <w:p w14:paraId="60B838AA" w14:textId="2BDB7E32" w:rsidR="00FD3AD0" w:rsidRPr="00EC0BC4" w:rsidRDefault="00FD3AD0">
      <w:pPr>
        <w:rPr>
          <w:rFonts w:ascii="TH SarabunPSK" w:hAnsi="TH SarabunPSK" w:cs="TH SarabunPSK" w:hint="cs"/>
          <w:sz w:val="28"/>
          <w:szCs w:val="28"/>
          <w:cs/>
          <w:lang w:bidi="th-TH"/>
        </w:rPr>
      </w:pP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มีความสนใจทำวิจัยกับ 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t>(ร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ะบุชื่อหากมีการติดต่อเบื้องต้นแล้ว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t>)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>หรือ  ให้ทางภาควิชาแนะนำ ตามความเชี่ยวชาญที่เหมาะสมกับหัวข้อวิจัย</w:t>
      </w:r>
      <w:r w:rsidRPr="000C2FC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2FC6">
        <w:rPr>
          <w:rFonts w:ascii="TH SarabunPSK" w:hAnsi="TH SarabunPSK" w:cs="TH SarabunPSK"/>
          <w:sz w:val="32"/>
          <w:szCs w:val="32"/>
          <w:lang w:bidi="th-TH"/>
        </w:rPr>
        <w:t>1)……………………………………………………………………</w:t>
      </w:r>
      <w:r w:rsidRPr="000C2FC6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0C2FC6">
        <w:rPr>
          <w:rFonts w:ascii="TH SarabunPSK" w:hAnsi="TH SarabunPSK" w:cs="TH SarabunPSK"/>
          <w:sz w:val="32"/>
          <w:szCs w:val="32"/>
          <w:lang w:bidi="th-TH"/>
        </w:rPr>
        <w:t>2)………………………………………………………………..</w:t>
      </w:r>
      <w:r w:rsidRPr="000C2FC6">
        <w:rPr>
          <w:rFonts w:ascii="TH SarabunPSK" w:hAnsi="TH SarabunPSK" w:cs="TH SarabunPSK"/>
          <w:sz w:val="32"/>
          <w:szCs w:val="32"/>
          <w:lang w:bidi="th-TH"/>
        </w:rPr>
        <w:br/>
      </w:r>
    </w:p>
    <w:p w14:paraId="2AE6D078" w14:textId="3042D9E0" w:rsidR="00BD2963" w:rsidRPr="00FD3AD0" w:rsidRDefault="00437A8F" w:rsidP="00FD3AD0">
      <w:pPr>
        <w:pStyle w:val="Heading2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000000" w:rsidRPr="00EC0BC4">
        <w:rPr>
          <w:rFonts w:ascii="TH SarabunPSK" w:hAnsi="TH SarabunPSK" w:cs="TH SarabunPSK" w:hint="cs"/>
          <w:sz w:val="32"/>
          <w:szCs w:val="32"/>
        </w:rPr>
        <w:t xml:space="preserve">. </w:t>
      </w:r>
      <w:proofErr w:type="spellStart"/>
      <w:r w:rsidR="00000000" w:rsidRPr="00EC0BC4">
        <w:rPr>
          <w:rFonts w:ascii="TH SarabunPSK" w:hAnsi="TH SarabunPSK" w:cs="TH SarabunPSK" w:hint="cs"/>
          <w:sz w:val="32"/>
          <w:szCs w:val="32"/>
        </w:rPr>
        <w:t>ทักษะและความชำนาญพิเศษ</w:t>
      </w:r>
      <w:proofErr w:type="spellEnd"/>
      <w:r w:rsidR="00FD3A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D3AD0" w:rsidRPr="000C2FC6">
        <w:rPr>
          <w:rFonts w:ascii="TH SarabunPSK" w:hAnsi="TH SarabunPSK" w:cs="TH SarabunPSK"/>
          <w:sz w:val="32"/>
          <w:szCs w:val="32"/>
          <w:lang w:bidi="th-TH"/>
        </w:rPr>
        <w:t>(</w:t>
      </w:r>
      <w:proofErr w:type="spellStart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>ทักษะทางวิชาการ</w:t>
      </w:r>
      <w:proofErr w:type="spellEnd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 xml:space="preserve"> / </w:t>
      </w:r>
      <w:proofErr w:type="spellStart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>เทคนิค</w:t>
      </w:r>
      <w:proofErr w:type="spellEnd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 xml:space="preserve"> / </w:t>
      </w:r>
      <w:proofErr w:type="spellStart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>ซอฟต์แวร์</w:t>
      </w:r>
      <w:proofErr w:type="spellEnd"/>
      <w:r w:rsidR="00FD3AD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bidi="th-TH"/>
        </w:rPr>
        <w:t xml:space="preserve"> </w:t>
      </w:r>
      <w:r w:rsidR="00FD3AD0" w:rsidRPr="000C2FC6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lang w:bidi="th-TH"/>
        </w:rPr>
        <w:t xml:space="preserve">/ </w:t>
      </w:r>
      <w:r w:rsidR="00FD3AD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bidi="th-TH"/>
        </w:rPr>
        <w:t>การอบรม</w:t>
      </w:r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 xml:space="preserve"> / </w:t>
      </w:r>
      <w:proofErr w:type="spellStart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>อื่น</w:t>
      </w:r>
      <w:proofErr w:type="spellEnd"/>
      <w:r w:rsidR="00000000" w:rsidRPr="000C2FC6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 xml:space="preserve"> ๆ</w:t>
      </w:r>
      <w:r w:rsidR="00FD3AD0" w:rsidRPr="000C2FC6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)</w:t>
      </w:r>
      <w:r w:rsidR="00000000" w:rsidRPr="00EC0BC4">
        <w:rPr>
          <w:rFonts w:ascii="TH SarabunPSK" w:hAnsi="TH SarabunPSK" w:cs="TH SarabunPSK" w:hint="cs"/>
          <w:sz w:val="28"/>
          <w:szCs w:val="28"/>
        </w:rPr>
        <w:br/>
      </w:r>
      <w:r w:rsidR="0042191A" w:rsidRPr="00FD3AD0">
        <w:rPr>
          <w:rFonts w:ascii="TH SarabunPSK" w:hAnsi="TH SarabunPSK" w:cs="TH SarabunPSK" w:hint="cs"/>
          <w:b w:val="0"/>
          <w:bCs w:val="0"/>
          <w:color w:val="000000" w:themeColor="text1"/>
          <w:sz w:val="28"/>
          <w:szCs w:val="28"/>
          <w:cs/>
          <w:lang w:bidi="th-TH"/>
        </w:rPr>
        <w:t>..............................................</w:t>
      </w:r>
    </w:p>
    <w:p w14:paraId="4C374D58" w14:textId="2134824B" w:rsidR="00BD2963" w:rsidRPr="00EC0BC4" w:rsidRDefault="00000000">
      <w:pPr>
        <w:rPr>
          <w:rFonts w:ascii="TH SarabunPSK" w:hAnsi="TH SarabunPSK" w:cs="TH SarabunPSK" w:hint="cs"/>
          <w:sz w:val="28"/>
          <w:szCs w:val="28"/>
          <w:lang w:bidi="th-TH"/>
        </w:rPr>
      </w:pPr>
      <w:r w:rsidRPr="00EC0BC4">
        <w:rPr>
          <w:rFonts w:ascii="TH SarabunPSK" w:hAnsi="TH SarabunPSK" w:cs="TH SarabunPSK" w:hint="cs"/>
          <w:sz w:val="28"/>
          <w:szCs w:val="28"/>
        </w:rPr>
        <w:br/>
      </w:r>
    </w:p>
    <w:p w14:paraId="72212F81" w14:textId="038E1AC7" w:rsidR="00BD2963" w:rsidRPr="0042191A" w:rsidRDefault="00437A8F" w:rsidP="0042191A">
      <w:pPr>
        <w:pStyle w:val="Heading2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000000" w:rsidRPr="00EC0BC4">
        <w:rPr>
          <w:rFonts w:ascii="TH SarabunPSK" w:hAnsi="TH SarabunPSK" w:cs="TH SarabunPSK" w:hint="cs"/>
          <w:sz w:val="32"/>
          <w:szCs w:val="32"/>
        </w:rPr>
        <w:t xml:space="preserve">. </w:t>
      </w:r>
      <w:proofErr w:type="gramStart"/>
      <w:r w:rsidR="00000000" w:rsidRPr="00EC0BC4">
        <w:rPr>
          <w:rFonts w:ascii="TH SarabunPSK" w:hAnsi="TH SarabunPSK" w:cs="TH SarabunPSK" w:hint="cs"/>
          <w:sz w:val="32"/>
          <w:szCs w:val="32"/>
        </w:rPr>
        <w:t>แหล่ง</w:t>
      </w:r>
      <w:proofErr w:type="spellStart"/>
      <w:r w:rsidR="00000000" w:rsidRPr="00EC0BC4">
        <w:rPr>
          <w:rFonts w:ascii="TH SarabunPSK" w:hAnsi="TH SarabunPSK" w:cs="TH SarabunPSK" w:hint="cs"/>
          <w:sz w:val="32"/>
          <w:szCs w:val="32"/>
        </w:rPr>
        <w:t>ทุนการศึกษา</w:t>
      </w:r>
      <w:proofErr w:type="spellEnd"/>
      <w:r w:rsidR="0042191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00000" w:rsidRPr="00EC0BC4">
        <w:rPr>
          <w:rFonts w:ascii="TH SarabunPSK" w:hAnsi="TH SarabunPSK" w:cs="TH SarabunPSK" w:hint="cs"/>
          <w:sz w:val="28"/>
          <w:szCs w:val="28"/>
        </w:rPr>
        <w:t xml:space="preserve"> (</w:t>
      </w:r>
      <w:proofErr w:type="gramEnd"/>
      <w:r w:rsidR="00000000" w:rsidRPr="00EC0BC4">
        <w:rPr>
          <w:rFonts w:ascii="TH SarabunPSK" w:hAnsi="TH SarabunPSK" w:cs="TH SarabunPSK" w:hint="cs"/>
          <w:sz w:val="28"/>
          <w:szCs w:val="28"/>
        </w:rPr>
        <w:t>เช่น ทุนส่วนตัว / ทุนหน่วยงาน / อื่น ๆ):</w:t>
      </w:r>
      <w:r w:rsidR="00000000" w:rsidRPr="00EC0BC4">
        <w:rPr>
          <w:rFonts w:ascii="TH SarabunPSK" w:hAnsi="TH SarabunPSK" w:cs="TH SarabunPSK" w:hint="cs"/>
          <w:sz w:val="28"/>
          <w:szCs w:val="28"/>
        </w:rPr>
        <w:br/>
      </w:r>
      <w:r w:rsidR="0042191A" w:rsidRPr="0042191A">
        <w:rPr>
          <w:rFonts w:ascii="TH SarabunPSK" w:hAnsi="TH SarabunPSK" w:cs="TH SarabunPSK" w:hint="cs"/>
          <w:b w:val="0"/>
          <w:bCs w:val="0"/>
          <w:color w:val="000000" w:themeColor="text1"/>
          <w:sz w:val="28"/>
          <w:szCs w:val="28"/>
          <w:cs/>
          <w:lang w:bidi="th-TH"/>
        </w:rPr>
        <w:t>..............................................</w:t>
      </w:r>
      <w:r w:rsidR="00FD3AD0" w:rsidRPr="0042191A">
        <w:rPr>
          <w:rFonts w:ascii="TH SarabunPSK" w:hAnsi="TH SarabunPSK" w:cs="TH SarabunPSK" w:hint="cs"/>
          <w:b w:val="0"/>
          <w:bCs w:val="0"/>
          <w:color w:val="000000" w:themeColor="text1"/>
          <w:sz w:val="28"/>
          <w:szCs w:val="28"/>
          <w:cs/>
          <w:lang w:bidi="th-TH"/>
        </w:rPr>
        <w:t>............................................................................................</w:t>
      </w:r>
    </w:p>
    <w:p w14:paraId="7E284C31" w14:textId="646C833C" w:rsidR="00BD2963" w:rsidRPr="00EC0BC4" w:rsidRDefault="00437A8F">
      <w:pPr>
        <w:pStyle w:val="Heading2"/>
        <w:rPr>
          <w:rFonts w:ascii="TH SarabunPSK" w:hAnsi="TH SarabunPSK" w:cs="TH SarabunPSK" w:hint="cs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000000" w:rsidRPr="00EC0BC4">
        <w:rPr>
          <w:rFonts w:ascii="TH SarabunPSK" w:hAnsi="TH SarabunPSK" w:cs="TH SarabunPSK" w:hint="cs"/>
          <w:sz w:val="32"/>
          <w:szCs w:val="32"/>
        </w:rPr>
        <w:t xml:space="preserve">. </w:t>
      </w:r>
      <w:proofErr w:type="spellStart"/>
      <w:r w:rsidR="00000000" w:rsidRPr="00EC0BC4">
        <w:rPr>
          <w:rFonts w:ascii="TH SarabunPSK" w:hAnsi="TH SarabunPSK" w:cs="TH SarabunPSK" w:hint="cs"/>
          <w:sz w:val="32"/>
          <w:szCs w:val="32"/>
        </w:rPr>
        <w:t>ทุนวิจัยระดับปริญญาโท</w:t>
      </w:r>
      <w:proofErr w:type="spellEnd"/>
      <w:r w:rsidR="0042191A">
        <w:rPr>
          <w:rFonts w:ascii="TH SarabunPSK" w:hAnsi="TH SarabunPSK" w:cs="TH SarabunPSK"/>
          <w:sz w:val="32"/>
          <w:szCs w:val="32"/>
          <w:lang w:bidi="th-TH"/>
        </w:rPr>
        <w:t>/</w:t>
      </w:r>
      <w:r w:rsidR="0042191A"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ปริญญาเอก</w:t>
      </w:r>
    </w:p>
    <w:p w14:paraId="6AFFE16B" w14:textId="6D6AB3ED" w:rsidR="00BD2963" w:rsidRPr="000C2FC6" w:rsidRDefault="00000000">
      <w:pPr>
        <w:rPr>
          <w:rFonts w:ascii="TH SarabunPSK" w:hAnsi="TH SarabunPSK" w:cs="TH SarabunPSK" w:hint="cs"/>
          <w:sz w:val="32"/>
          <w:szCs w:val="32"/>
        </w:rPr>
      </w:pPr>
      <w:r w:rsidRPr="000C2FC6">
        <w:rPr>
          <w:rFonts w:ascii="Segoe UI Symbol" w:hAnsi="Segoe UI Symbol" w:cs="Segoe UI Symbol"/>
          <w:sz w:val="32"/>
          <w:szCs w:val="32"/>
        </w:rPr>
        <w:t>☐</w:t>
      </w:r>
      <w:r w:rsidRPr="000C2FC6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ต้องการการสนับสนุนทุนวิจัย</w:t>
      </w:r>
      <w:proofErr w:type="spellEnd"/>
      <w:r w:rsidR="00FD3AD0" w:rsidRPr="000C2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</w:t>
      </w:r>
      <w:r w:rsidRPr="000C2FC6">
        <w:rPr>
          <w:rFonts w:ascii="Segoe UI Symbol" w:hAnsi="Segoe UI Symbol" w:cs="Segoe UI Symbol"/>
          <w:sz w:val="32"/>
          <w:szCs w:val="32"/>
        </w:rPr>
        <w:t>☐</w:t>
      </w:r>
      <w:r w:rsidRPr="000C2FC6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มีแหล่งทุนอยู่แล้ว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โปรดระบุ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>):</w:t>
      </w:r>
      <w:r w:rsidRPr="000C2FC6">
        <w:rPr>
          <w:rFonts w:ascii="TH SarabunPSK" w:hAnsi="TH SarabunPSK" w:cs="TH SarabunPSK" w:hint="cs"/>
          <w:sz w:val="32"/>
          <w:szCs w:val="32"/>
        </w:rPr>
        <w:br/>
      </w:r>
    </w:p>
    <w:p w14:paraId="7577BC2E" w14:textId="49663E47" w:rsidR="00BD2963" w:rsidRPr="000C2FC6" w:rsidRDefault="00437A8F">
      <w:pPr>
        <w:pStyle w:val="Heading2"/>
        <w:rPr>
          <w:rFonts w:ascii="TH SarabunPSK" w:hAnsi="TH SarabunPSK" w:cs="TH SarabunPSK"/>
          <w:sz w:val="32"/>
          <w:szCs w:val="32"/>
          <w:lang w:bidi="th-TH"/>
        </w:rPr>
      </w:pPr>
      <w:r w:rsidRPr="000C2FC6">
        <w:rPr>
          <w:rFonts w:ascii="TH SarabunPSK" w:hAnsi="TH SarabunPSK" w:cs="TH SarabunPSK"/>
          <w:sz w:val="32"/>
          <w:szCs w:val="32"/>
        </w:rPr>
        <w:t>9</w:t>
      </w:r>
      <w:r w:rsidR="00000000" w:rsidRPr="000C2FC6">
        <w:rPr>
          <w:rFonts w:ascii="TH SarabunPSK" w:hAnsi="TH SarabunPSK" w:cs="TH SarabunPSK" w:hint="cs"/>
          <w:sz w:val="32"/>
          <w:szCs w:val="32"/>
        </w:rPr>
        <w:t>. รูปแบบ</w:t>
      </w:r>
      <w:proofErr w:type="spellStart"/>
      <w:r w:rsidR="00000000" w:rsidRPr="000C2FC6">
        <w:rPr>
          <w:rFonts w:ascii="TH SarabunPSK" w:hAnsi="TH SarabunPSK" w:cs="TH SarabunPSK" w:hint="cs"/>
          <w:sz w:val="32"/>
          <w:szCs w:val="32"/>
        </w:rPr>
        <w:t>การเรียนที่สะดวก</w:t>
      </w:r>
      <w:proofErr w:type="spellEnd"/>
      <w:r w:rsidRPr="000C2FC6">
        <w:rPr>
          <w:rFonts w:ascii="TH SarabunPSK" w:hAnsi="TH SarabunPSK" w:cs="TH SarabunPSK"/>
          <w:sz w:val="32"/>
          <w:szCs w:val="32"/>
        </w:rPr>
        <w:t xml:space="preserve">  </w:t>
      </w:r>
    </w:p>
    <w:p w14:paraId="7797F24C" w14:textId="210B277C" w:rsidR="00437A8F" w:rsidRPr="000C2FC6" w:rsidRDefault="00000000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0C2FC6">
        <w:rPr>
          <w:rFonts w:ascii="Segoe UI Symbol" w:hAnsi="Segoe UI Symbol" w:cs="Segoe UI Symbol"/>
          <w:sz w:val="32"/>
          <w:szCs w:val="32"/>
        </w:rPr>
        <w:t>☐</w:t>
      </w:r>
      <w:r w:rsidRPr="000C2FC6">
        <w:rPr>
          <w:rFonts w:ascii="TH SarabunPSK" w:hAnsi="TH SarabunPSK" w:cs="TH SarabunPSK" w:hint="cs"/>
          <w:sz w:val="32"/>
          <w:szCs w:val="32"/>
        </w:rPr>
        <w:t xml:space="preserve"> Online   </w:t>
      </w:r>
      <w:r w:rsidRPr="000C2FC6">
        <w:rPr>
          <w:rFonts w:ascii="Segoe UI Symbol" w:hAnsi="Segoe UI Symbol" w:cs="Segoe UI Symbol"/>
          <w:sz w:val="32"/>
          <w:szCs w:val="32"/>
        </w:rPr>
        <w:t>☐</w:t>
      </w:r>
      <w:r w:rsidRPr="000C2FC6">
        <w:rPr>
          <w:rFonts w:ascii="TH SarabunPSK" w:hAnsi="TH SarabunPSK" w:cs="TH SarabunPSK" w:hint="cs"/>
          <w:sz w:val="32"/>
          <w:szCs w:val="32"/>
        </w:rPr>
        <w:t xml:space="preserve"> Onsite   </w:t>
      </w:r>
      <w:r w:rsidRPr="000C2FC6">
        <w:rPr>
          <w:rFonts w:ascii="Segoe UI Symbol" w:hAnsi="Segoe UI Symbol" w:cs="Segoe UI Symbol"/>
          <w:sz w:val="32"/>
          <w:szCs w:val="32"/>
        </w:rPr>
        <w:t>☐</w:t>
      </w:r>
      <w:r w:rsidRPr="000C2FC6">
        <w:rPr>
          <w:rFonts w:ascii="TH SarabunPSK" w:hAnsi="TH SarabunPSK" w:cs="TH SarabunPSK" w:hint="cs"/>
          <w:sz w:val="32"/>
          <w:szCs w:val="32"/>
        </w:rPr>
        <w:t xml:space="preserve"> Hybrid (ผสมผสาน)</w:t>
      </w:r>
      <w:r w:rsidRPr="000C2FC6">
        <w:rPr>
          <w:rFonts w:ascii="TH SarabunPSK" w:hAnsi="TH SarabunPSK" w:cs="TH SarabunPSK" w:hint="cs"/>
          <w:sz w:val="32"/>
          <w:szCs w:val="32"/>
        </w:rPr>
        <w:br/>
      </w:r>
    </w:p>
    <w:p w14:paraId="30529D1C" w14:textId="77777777" w:rsidR="00437A8F" w:rsidRDefault="00437A8F">
      <w:pPr>
        <w:rPr>
          <w:rFonts w:ascii="TH SarabunPSK" w:hAnsi="TH SarabunPSK" w:cs="TH SarabunPSK"/>
          <w:sz w:val="28"/>
          <w:szCs w:val="28"/>
        </w:rPr>
      </w:pPr>
    </w:p>
    <w:p w14:paraId="0654ADBA" w14:textId="77777777" w:rsidR="00437A8F" w:rsidRDefault="00437A8F">
      <w:pPr>
        <w:rPr>
          <w:rFonts w:ascii="TH SarabunPSK" w:hAnsi="TH SarabunPSK" w:cs="TH SarabunPSK"/>
          <w:sz w:val="28"/>
          <w:szCs w:val="28"/>
        </w:rPr>
      </w:pPr>
    </w:p>
    <w:p w14:paraId="379D6D2E" w14:textId="77777777" w:rsidR="00437A8F" w:rsidRPr="000C2FC6" w:rsidRDefault="00000000">
      <w:pPr>
        <w:rPr>
          <w:rFonts w:ascii="TH SarabunPSK" w:hAnsi="TH SarabunPSK" w:cs="TH SarabunPSK"/>
          <w:sz w:val="32"/>
          <w:szCs w:val="32"/>
        </w:rPr>
      </w:pPr>
      <w:r w:rsidRPr="000C2FC6">
        <w:rPr>
          <w:rFonts w:ascii="TH SarabunPSK" w:hAnsi="TH SarabunPSK" w:cs="TH SarabunPSK" w:hint="cs"/>
          <w:sz w:val="32"/>
          <w:szCs w:val="32"/>
        </w:rPr>
        <w:br/>
        <w:t>ลงชื่อ</w:t>
      </w: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ผู้สมัคร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 xml:space="preserve">: ___________________________   </w:t>
      </w:r>
    </w:p>
    <w:p w14:paraId="48FC5F2B" w14:textId="667F2AE4" w:rsidR="00BD2963" w:rsidRPr="000C2FC6" w:rsidRDefault="00000000">
      <w:pPr>
        <w:rPr>
          <w:rFonts w:ascii="TH SarabunPSK" w:hAnsi="TH SarabunPSK" w:cs="TH SarabunPSK"/>
          <w:sz w:val="32"/>
          <w:szCs w:val="32"/>
          <w:lang w:bidi="th-TH"/>
        </w:rPr>
      </w:pPr>
      <w:proofErr w:type="spellStart"/>
      <w:r w:rsidRPr="000C2FC6">
        <w:rPr>
          <w:rFonts w:ascii="TH SarabunPSK" w:hAnsi="TH SarabunPSK" w:cs="TH SarabunPSK" w:hint="cs"/>
          <w:sz w:val="32"/>
          <w:szCs w:val="32"/>
        </w:rPr>
        <w:t>วันที่</w:t>
      </w:r>
      <w:proofErr w:type="spellEnd"/>
      <w:r w:rsidRPr="000C2FC6">
        <w:rPr>
          <w:rFonts w:ascii="TH SarabunPSK" w:hAnsi="TH SarabunPSK" w:cs="TH SarabunPSK" w:hint="cs"/>
          <w:sz w:val="32"/>
          <w:szCs w:val="32"/>
        </w:rPr>
        <w:t>: ____ / ____ / ______</w:t>
      </w:r>
    </w:p>
    <w:p w14:paraId="51FA4FDD" w14:textId="77777777" w:rsidR="001F5839" w:rsidRPr="000C2FC6" w:rsidRDefault="001F5839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924D426" w14:textId="246A6757" w:rsidR="001F5839" w:rsidRPr="000C2FC6" w:rsidRDefault="001F5839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0C2FC6">
        <w:rPr>
          <w:rFonts w:ascii="TH Sarabun New" w:hAnsi="TH Sarabun New" w:cs="TH Sarabun New" w:hint="cs"/>
          <w:sz w:val="32"/>
          <w:szCs w:val="32"/>
          <w:cs/>
          <w:lang w:bidi="th-TH"/>
        </w:rPr>
        <w:t>ส่งไฟล์แบบประเมิน</w:t>
      </w:r>
      <w:r w:rsidR="008F25E3" w:rsidRPr="000C2FC6">
        <w:rPr>
          <w:rFonts w:ascii="TH Sarabun New" w:hAnsi="TH Sarabun New" w:cs="TH Sarabun New" w:hint="cs"/>
          <w:sz w:val="32"/>
          <w:szCs w:val="32"/>
          <w:cs/>
          <w:lang w:bidi="th-TH"/>
        </w:rPr>
        <w:t>รูปแบบ</w:t>
      </w:r>
      <w:r w:rsidRPr="000C2FC6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p</w:t>
      </w:r>
      <w:proofErr w:type="spellStart"/>
      <w:r w:rsidRPr="000C2FC6">
        <w:rPr>
          <w:rFonts w:ascii="TH Sarabun New" w:hAnsi="TH Sarabun New" w:cs="TH Sarabun New"/>
          <w:sz w:val="32"/>
          <w:szCs w:val="32"/>
          <w:lang w:bidi="th-TH"/>
        </w:rPr>
        <w:t>df</w:t>
      </w:r>
      <w:proofErr w:type="spellEnd"/>
      <w:r w:rsidRPr="000C2FC6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0C2FC6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พร้อม </w:t>
      </w:r>
      <w:r w:rsidRPr="000C2FC6">
        <w:rPr>
          <w:rFonts w:ascii="TH Sarabun New" w:hAnsi="TH Sarabun New" w:cs="TH Sarabun New"/>
          <w:sz w:val="32"/>
          <w:szCs w:val="32"/>
          <w:lang w:bidi="th-TH"/>
        </w:rPr>
        <w:t>CV ท</w:t>
      </w:r>
      <w:proofErr w:type="spellStart"/>
      <w:r w:rsidRPr="000C2FC6">
        <w:rPr>
          <w:rFonts w:ascii="TH Sarabun New" w:hAnsi="TH Sarabun New" w:cs="TH Sarabun New" w:hint="cs"/>
          <w:sz w:val="32"/>
          <w:szCs w:val="32"/>
          <w:cs/>
          <w:lang w:bidi="th-TH"/>
        </w:rPr>
        <w:t>ี่</w:t>
      </w:r>
      <w:proofErr w:type="spellEnd"/>
      <w:r w:rsidRPr="000C2FC6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Pr="000C2FC6">
        <w:rPr>
          <w:rFonts w:ascii="TH Sarabun New" w:hAnsi="TH Sarabun New" w:cs="TH Sarabun New" w:hint="cs"/>
          <w:sz w:val="32"/>
          <w:szCs w:val="32"/>
          <w:cs/>
        </w:rPr>
        <w:t>รศ</w:t>
      </w:r>
      <w:proofErr w:type="spellEnd"/>
      <w:r w:rsidRPr="000C2FC6">
        <w:rPr>
          <w:rFonts w:ascii="TH Sarabun New" w:hAnsi="TH Sarabun New" w:cs="TH Sarabun New"/>
          <w:sz w:val="32"/>
          <w:szCs w:val="32"/>
        </w:rPr>
        <w:t>.</w:t>
      </w:r>
      <w:proofErr w:type="spellStart"/>
      <w:r w:rsidRPr="000C2FC6">
        <w:rPr>
          <w:rFonts w:ascii="TH Sarabun New" w:hAnsi="TH Sarabun New" w:cs="TH Sarabun New" w:hint="cs"/>
          <w:sz w:val="32"/>
          <w:szCs w:val="32"/>
          <w:cs/>
        </w:rPr>
        <w:t>ดร</w:t>
      </w:r>
      <w:proofErr w:type="spellEnd"/>
      <w:r w:rsidRPr="000C2FC6">
        <w:rPr>
          <w:rFonts w:ascii="TH Sarabun New" w:hAnsi="TH Sarabun New" w:cs="TH Sarabun New"/>
          <w:sz w:val="32"/>
          <w:szCs w:val="32"/>
        </w:rPr>
        <w:t>.</w:t>
      </w:r>
      <w:proofErr w:type="spellStart"/>
      <w:r w:rsidRPr="000C2FC6">
        <w:rPr>
          <w:rFonts w:ascii="TH Sarabun New" w:hAnsi="TH Sarabun New" w:cs="TH Sarabun New" w:hint="cs"/>
          <w:sz w:val="32"/>
          <w:szCs w:val="32"/>
          <w:cs/>
        </w:rPr>
        <w:t>แสนสด</w:t>
      </w:r>
      <w:proofErr w:type="spellEnd"/>
      <w:r w:rsidRPr="000C2FC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Pr="000C2FC6">
        <w:rPr>
          <w:rFonts w:ascii="TH Sarabun New" w:hAnsi="TH Sarabun New" w:cs="TH Sarabun New" w:hint="cs"/>
          <w:sz w:val="32"/>
          <w:szCs w:val="32"/>
          <w:cs/>
        </w:rPr>
        <w:t>พานิช</w:t>
      </w:r>
      <w:proofErr w:type="spellEnd"/>
      <w:r w:rsidRPr="000C2FC6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0C2FC6">
        <w:rPr>
          <w:rFonts w:ascii="TH Sarabun New" w:hAnsi="TH Sarabun New" w:cs="TH Sarabun New"/>
          <w:sz w:val="32"/>
          <w:szCs w:val="32"/>
        </w:rPr>
        <w:t xml:space="preserve">Email: </w:t>
      </w:r>
      <w:hyperlink r:id="rId9" w:history="1">
        <w:r w:rsidRPr="000C2FC6">
          <w:rPr>
            <w:rStyle w:val="Hyperlink"/>
            <w:rFonts w:ascii="TH Sarabun New" w:hAnsi="TH Sarabun New" w:cs="TH Sarabun New"/>
            <w:sz w:val="32"/>
            <w:szCs w:val="32"/>
          </w:rPr>
          <w:t xml:space="preserve">sansot.p@eng.kmutnb.ac.th </w:t>
        </w:r>
      </w:hyperlink>
    </w:p>
    <w:sectPr w:rsidR="001F5839" w:rsidRPr="000C2FC6" w:rsidSect="0042191A">
      <w:footerReference w:type="even" r:id="rId10"/>
      <w:footerReference w:type="default" r:id="rId11"/>
      <w:pgSz w:w="12240" w:h="15840"/>
      <w:pgMar w:top="684" w:right="1368" w:bottom="621" w:left="123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22C64" w14:textId="77777777" w:rsidR="00777656" w:rsidRDefault="00777656" w:rsidP="00437A8F">
      <w:pPr>
        <w:spacing w:after="0" w:line="240" w:lineRule="auto"/>
      </w:pPr>
      <w:r>
        <w:separator/>
      </w:r>
    </w:p>
  </w:endnote>
  <w:endnote w:type="continuationSeparator" w:id="0">
    <w:p w14:paraId="6EF43205" w14:textId="77777777" w:rsidR="00777656" w:rsidRDefault="00777656" w:rsidP="0043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">
    <w:altName w:val="Courier New"/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 New">
    <w:altName w:val="TH SarabunPSK"/>
    <w:panose1 w:val="020B0604020202020204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27909162"/>
      <w:docPartObj>
        <w:docPartGallery w:val="Page Numbers (Bottom of Page)"/>
        <w:docPartUnique/>
      </w:docPartObj>
    </w:sdtPr>
    <w:sdtContent>
      <w:p w14:paraId="3B67DA1B" w14:textId="6913895A" w:rsidR="00437A8F" w:rsidRDefault="00437A8F" w:rsidP="00BC10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9F78E6" w14:textId="77777777" w:rsidR="00437A8F" w:rsidRDefault="00437A8F" w:rsidP="00437A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48792556"/>
      <w:docPartObj>
        <w:docPartGallery w:val="Page Numbers (Bottom of Page)"/>
        <w:docPartUnique/>
      </w:docPartObj>
    </w:sdtPr>
    <w:sdtContent>
      <w:p w14:paraId="4619F58E" w14:textId="33989C4C" w:rsidR="00437A8F" w:rsidRDefault="00437A8F" w:rsidP="00BC10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B232C5" w14:textId="77777777" w:rsidR="00437A8F" w:rsidRDefault="00437A8F" w:rsidP="00437A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EA924" w14:textId="77777777" w:rsidR="00777656" w:rsidRDefault="00777656" w:rsidP="00437A8F">
      <w:pPr>
        <w:spacing w:after="0" w:line="240" w:lineRule="auto"/>
      </w:pPr>
      <w:r>
        <w:separator/>
      </w:r>
    </w:p>
  </w:footnote>
  <w:footnote w:type="continuationSeparator" w:id="0">
    <w:p w14:paraId="744E4E69" w14:textId="77777777" w:rsidR="00777656" w:rsidRDefault="00777656" w:rsidP="00437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9040128">
    <w:abstractNumId w:val="8"/>
  </w:num>
  <w:num w:numId="2" w16cid:durableId="352269610">
    <w:abstractNumId w:val="6"/>
  </w:num>
  <w:num w:numId="3" w16cid:durableId="1974868967">
    <w:abstractNumId w:val="5"/>
  </w:num>
  <w:num w:numId="4" w16cid:durableId="109790607">
    <w:abstractNumId w:val="4"/>
  </w:num>
  <w:num w:numId="5" w16cid:durableId="177233091">
    <w:abstractNumId w:val="7"/>
  </w:num>
  <w:num w:numId="6" w16cid:durableId="1041057528">
    <w:abstractNumId w:val="3"/>
  </w:num>
  <w:num w:numId="7" w16cid:durableId="628555779">
    <w:abstractNumId w:val="2"/>
  </w:num>
  <w:num w:numId="8" w16cid:durableId="1666931140">
    <w:abstractNumId w:val="1"/>
  </w:num>
  <w:num w:numId="9" w16cid:durableId="757480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2FC6"/>
    <w:rsid w:val="0015074B"/>
    <w:rsid w:val="001F0893"/>
    <w:rsid w:val="001F5839"/>
    <w:rsid w:val="0029639D"/>
    <w:rsid w:val="00326F90"/>
    <w:rsid w:val="0042191A"/>
    <w:rsid w:val="00437A8F"/>
    <w:rsid w:val="00487B36"/>
    <w:rsid w:val="004B4D83"/>
    <w:rsid w:val="00777656"/>
    <w:rsid w:val="00805A9B"/>
    <w:rsid w:val="008F25E3"/>
    <w:rsid w:val="00904349"/>
    <w:rsid w:val="00AA1D8D"/>
    <w:rsid w:val="00B47730"/>
    <w:rsid w:val="00BD2963"/>
    <w:rsid w:val="00CB0664"/>
    <w:rsid w:val="00D615E9"/>
    <w:rsid w:val="00EC0BC4"/>
    <w:rsid w:val="00FC693F"/>
    <w:rsid w:val="00FD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A7D5FD"/>
  <w14:defaultImageDpi w14:val="300"/>
  <w15:docId w15:val="{62EE0EC4-0ED5-4646-A71F-1BC07A46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437A8F"/>
  </w:style>
  <w:style w:type="character" w:styleId="Hyperlink">
    <w:name w:val="Hyperlink"/>
    <w:basedOn w:val="DefaultParagraphFont"/>
    <w:uiPriority w:val="99"/>
    <w:unhideWhenUsed/>
    <w:rsid w:val="001F5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ansot.p@eng.kmutnb.ac.th%20%20&#3627;&#3619;&#3639;&#3629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NOPPARAT SEEMUANG</cp:lastModifiedBy>
  <cp:revision>7</cp:revision>
  <dcterms:created xsi:type="dcterms:W3CDTF">2013-12-23T23:15:00Z</dcterms:created>
  <dcterms:modified xsi:type="dcterms:W3CDTF">2026-02-02T07:52:00Z</dcterms:modified>
  <cp:category/>
</cp:coreProperties>
</file>